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הוויכוח הכיתתי ואת סדר הדיבור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התפקידים השונים בוויכוח (פותח, מנמק, מפריך, מסכם, שופט, שומר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מכבד של טיעונים ותגובות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תפקידים בוויכוח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פותח/ת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מנמק/ת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מפריך/ה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שופט/ת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(מציג/ה את הטענה של הקבוצה בבהירות)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(מביא/ה נימוק ודוגמה)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(מקשיב/ה לצד השני ועונה/ת לנימוק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(מסכם/ת ומציע/ה המלצה)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(מפעיל/ה את הטיימר ושומר/ת על התור)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שלבי הוויכוח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בעד – פתיחה וטענה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נגד – פתיחה וטענה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בעד – נימוק ודוגמה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 – נימוק ודוגמה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 צד – הפרכה (30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כל צד – סיכום והמלצה (30 שניות)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– כללי הוויכוח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בוויכוח מכבד מדבר/ת אחד/ת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שינוי דעה הוא סימן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מכללי הוויכוח המכבד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הכלל אומר להקשיב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המשפטים לוויכוח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מבין/ה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כתיבה: הכינו 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ברורה, נימוק מתאים, דוגמה רלוונטית, הפרכה מנוסחת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 ודוגמה (אפשר להוסיף גם הפרכה)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– חשוב שהתלמיד/ה יסביר/ו את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מהרשימה בדף או ניסוח דומה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הוויכוח בקבוצות קטנות ולחלק תפקידים לפי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להזכיר את כללי הכבוד לפני תחילת התרגול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בטיימר כדי לשמור על הזמן שהוקצב לכל שלב בוויכוח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איך מתנהל ויכוח בעל פה בכיתה: מה הסדר, אילו תפקידים יש לכל משתתף, ואיך מתווכחים בכבוד.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תפקידים בוויכוח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מציג/ה את הטענה של הקבוצה בתחילת הוויכוח?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מביא/ה נימוק ודוגמה לתמיכה בטענה?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מקשיב/ה לצד השני ועונה/ת לנימוק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בודק/ת את הוויכוח לפי המחוון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מסכם/ת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פותח/ת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מסכם/ת ומציע/ה המלצה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מנמק/ת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מציג/ה את הטענה של הקבוצה בבהירות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מפריך/ה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מפעיל/ה את הטיימר ושומר/ת על התור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מסכם/ת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מקשיב/ה לצד השני ועונה/ת לנימוק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מביא/ה נימוק ודוגמה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שלבי הוויכוח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נגד – פתיחה וטענה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 – פתיחה וטענה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נגד – נימוק ודוגמה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צד – הפרכה (30 שניות)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צד – סיכום והמלצה (30 שניות)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 – נימוק ודוגמה (דקה)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– כללי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לשני תלמידים לדבר בו-זמנית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דעה במהלך הוויכוח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מתווכחים עם הרעיון ולא עם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להקשיב לצד השני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המשפטים לוויכוח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שמעתי שאמרת ש... ואני רוצה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את הנקודה שלך, אבל...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על הנימוק שלך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לסיכום, אנחנו __________ ש...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כתיבה: הכינו 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לוויכוח (למשל: האם כדאי לבטל שיעורי בית) וכתבו: טענת פתיחה, נימוק עם דוגמה, והפרכה אפשרית לצד השני.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הרכיבים שחייבים להופיע בטיעון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תפקיד היה הכי מאתגר בשבילכם בוויכוח,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שמראה כבוד לצד השני בוויכוח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הוויכוח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