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גלגל הוויכוח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הוויכוח הכיתתי ואת סדר הדיבור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התפקידים השונים בוויכוח (פותח, מנמק, מפריך, מסכם, שופט, שומר זמן)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מכבד של טיעונים ותגובות לצד השני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תפקידים בוויכוח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פותח/ת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מנמק/ת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מפריך/ה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שופט/ת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תפקיד לתיאור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(מציג/ה את הטענה של הקבוצה בבהירות)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(מביא/ה נימוק ודוגמה)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(מקשיב/ה לצד השני ועונה/ת לנימוק שלו)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(מסכם/ת ומציע/ה המלצה)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(מפעיל/ה את הטיימר ושומר/ת על התור)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סדרו את שלבי הוויכוח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בעד – פתיחה וטענה (דקה)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נגד – פתיחה וטענה (דקה)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בעד – נימוק ודוגמה (דקה)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נגד – נימוק ודוגמה (דקה)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כל צד – הפרכה (30 שניות)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כל צד – סיכום והמלצה (30 שניות)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 – כללי הוויכוח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בוויכוח מכבד מדבר/ת אחד/ת בכל פעם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שינוי דעה הוא סימן לחשיבה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אחד מכללי הוויכוח המכבד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הכלל אומר להקשיב עד הסוף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המשפטים לוויכוח 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להוסיף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מבין/ה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מציעים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כתיבה: הכינו ויכוח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לבדוק: טענה ברורה, נימוק מתאים, דוגמה רלוונטית, הפרכה מנוסחת בכבוד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נימוק ודוגמה (אפשר להוסיף גם הפרכה)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– חשוב שהתלמיד/ה יסביר/ו את הבחירה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מהרשימה בדף או ניסוח דומה בכבוד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הוויכוח בקבוצות קטנות ולחלק תפקידים לפי הגלגל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להזכיר את כללי הכבוד לפני תחילת התרגול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בטיימר כדי לשמור על הזמן שהוקצב לכל שלב בוויכוח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גלגל הוויכוח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עושים ויכוח בכיתה. יש סדר לדיבור, יש תפקידים לכל אחד, ויש כללים של כבוד.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דעה שרוצים לשכנע בה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למה הטיעון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דוגמה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מקרה שמחזק את הנימוק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הפרכה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תשובה לטענה של הצד השני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רשימה שלפיה בודקים את הוויכוח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שופט/ת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שבודק את הוויכוח לפי המחוון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תפקידים בוויכוח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מדבר/ת ראשון/ה ומציג/ה את הטענה?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פותח/ת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מנמק/ת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מפריך/ה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שופט/ת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מסביר/ה למה הטענה נכונה ונותן/ת דוגמה?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שומר/ת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מנמק/ת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שופט/ת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פותח/ת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עונה לצד השני?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מסכם/ת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פותח/ת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מפריך/ה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שומר/ת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נותן/ת ציון וחוות דעת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מנמק/ת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שופט/ת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מפריך/ה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מסכם/ת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התאימו תפקיד לתיאור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פותח/ת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מקשיב/ה לצד השני ועונה/ת לנימוק שלו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מנמק/ת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מפעיל/ה את הטיימר ושומר/ת על התור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מפריך/ה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מביא/ה נימוק ודוגמה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מסכם/ת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מציג/ה את הטענה של הקבוצה בבהירות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שומר/ת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מסכם/ת ומציע/ה המלצה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סדרו את שלבי הוויכוח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נגד – נימוק ודוגמה (דקה)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צד – סיכום והמלצה (30 שניות)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בעד – פתיחה וטענה (דקה)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צד – הפרכה (30 שניות)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בעד – נימוק ודוגמה (דקה)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נגד – פתיחה וטענה (דקה)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 – כללי הוויכוח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לשני תלמידים לדבר בו-זמנית כדי לחסוך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לשנות דעה במהלך הוויכוח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מתווכחים עם הרעיון ולא עם האדם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צריך להקשיב לצד השני עד הסוף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השלימו את המשפטים לוויכוח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שמעתי שאמרת ש... ואני רוצה __________ ש...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אני __________ את הנקודה שלך, אבל...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יש לי __________ על הנימוק שלך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לסיכום, אנחנו __________ ש...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תרגול כתיבה: הכינו ויכוח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לוויכוח (למשל: האם כדאי לבטל שיעורי בית) וכתבו: טענת פתיחה, נימוק עם דוגמה, והפרכה אפשרית לצד השני.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הרכיבים שחייבים להופיע בטיעון טוב?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תפקיד היה הכי מאתגר בשבילכם בוויכוח,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שמראה כבוד לצד השני בוויכוח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גלגל הוויכוח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