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 הוויכוח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הוויכוח הכיתתי ואת סדר הדיבור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התפקידים השונים בוויכוח (פותח, מנמק, מפריך, מסכם, שופט, שומר זמן)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מכבד של טיעונים ותגובות לצד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תפקידים בוויכוח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פותח/ת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מפריך/ה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תפקיד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(מציג/ה את הטענה של הקבוצה בבהירות)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(מביא/ה נימוק ודוגמה)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(מסכם/ת ומציע/ה המלצה)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סדרו את שלבי הוויכוח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בעד – פתיחה וטענה (דקה)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נגד – פתיחה וטענה (דקה)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בעד – נימוק ודוגמה (דקה)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נגד – נימוק ודוגמה (דקה)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 – כללי הוויכוח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שינוי דעה הוא סימן לחשיבה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אחד מכללי הוויכוח המכבד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המשפטים לוויכוח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להוסיף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כתיבה: הכינו ויכוח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 ודוגמה (אפשר להוסיף גם הפרכה)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– חשוב שהתלמיד/ה יסביר/ו את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מהרשימה בדף או ניסוח דומה 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הוויכוח בקבוצות קטנות ולחלק תפקידים לפי הגלגל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להזכיר את כללי הכבוד לפני תחילת התרגול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בטיימר כדי לשמור על הזמן שהוקצב לכל שלב בוויכוח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 הוויכוח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איך מתנהל ויכוח בעל פה בכיתה: מה הסדר, אילו תפקידים יש לכל משתתף, ואיך מתווכחים בכבוד.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שאלה  ·  להוסיף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תפקידים בוויכוח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מציג/ה את הטענה של הקבוצה בתחילת הוויכוח?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פותח/ת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מנמק/ת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מפריך/ה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מקשיב/ה לצד השני ועונה/ת לנימוק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מסכם/ת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פותח/ת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מפריך/ה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תפקיד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פותח/ת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מסכם/ת ומציע/ה המלצה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מנמק/ת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מציג/ה את הטענה של הקבוצה בבהירות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מסכם/ת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מביא/ה נימוק ודוגמה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סדרו את שלבי הוויכוח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נגד – פתיחה וטענה (דקה)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נגד – נימוק ודוגמה (דקה)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בעד – פתיחה וטענה (דקה)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בעד – נימוק ודוגמה (דקה)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 – כללי הוויכוח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לשנות דעה במהלך הוויכוח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מתווכחים עם הרעיון ולא עם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השלימו את המשפטים לוויכוח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שמעתי שאמרת ש... ואני רוצה __________ ש...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 לי __________ על הנימוק שלך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תרגול כתיבה: הכינו 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הרכיבים שחייבים להופיע בטיעון 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תפקיד היה הכי מאתגר בשבילכם בוויכוח,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גלגל הוויכוח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